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התנדבות 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שני המאמרים על התנדבות בני נוער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השפעות של ההתנדבות על בני הנוער ועל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כישורי סיכום ומיזוג מידע משני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פעולה שאדם עושה מרצונו החופשי, בלי לקבל עליה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כ-35 אחוזים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במאמר 1 נכתב שהתנדבות היא ללא תשלום.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בפסקה ב במאמר הראשון.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רצונו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2. 35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השפעות ההתנדבות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(מתנדבים מרגישים מאושרים יותר ופחות בודדים)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(בני נוער מגלים כישרונות וכישורים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(קשישים בודדים מקבלים ביקור ושכונות נעשות נקיות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(מתנדבים מכירים מקרוב מקצועות כמו רפואה)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חוסר זמן בגלל לימודים ועבודה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קשישים בודדים מקבלים ביקור, או שכונות נעשות נקיות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ומיזוג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התייחסות לבחירת תחום מעניין, התנדבות עם חברים, והוקרה על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פעולה מרצון חופשי בלי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חוסר זמן, לא יודעים איפה, חשש מאנשים זרים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לבחור תחום מעניין, להתנדב עם חברים, לקבל הוקרה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להאזין לקטעי ההקראה בכיתה לפני מילוי הדף,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על שאלת הסיכום הממוזג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התנדבות בני נוער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הבנה והבעה על פי שני מאמרים העוסקים בהתנדבות בני נוער: ההשפעות שלה ודרכים לעודד בני נוער להתנדב.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רצונו  ·  35  ·  חברים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פי מאמר 1, מהי התנדבות?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פעולה שאדם עושה כדי להרוויח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פעולה שבית הספר מחייב את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פעולה שאדם עושה מרצונו החופשי, בלי לקבל עליה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מאמר 2, כמה אחוזים מבני הנוער מתנדבים באופן קבוע?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כ-35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כ-70 אחוזים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כ-90 אחוזים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התנדבות היא פעולה שאדם מקבל עליה שכר.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מאמר 1, מתנדבים מרגישים פחות בדידות.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התנדבות היא פעולה שאדם עושה מ__________ החופשי.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מאמר 2, רק כ-__________ אחוזים מבני הנוער מתנדבים באופן קבוע.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אחת הדרכים לעודד התנדבות היא להתנדב יחד עם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השפעות ההתנדבות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השפעה על מצב הרוח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בני נוער מגלים כישרונות וכישורים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השפעה על הביטחון העצמי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קשישים בודדים מקבלים ביקור ושכונות נעשות נקיות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השפעה על הקהילה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מתנדבים מכירים מקרוב מקצועות כמו רפואה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השפעה על העתיד המקצועי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מתנדבים מרגישים מאושרים יותר ופחות בודדים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אחת הסיבות שבגללן בני נוער אינם מתנדבים, לפי מאמר 2?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תנו דוגמה להשפעת ההתנדבות על הקהילה, לפי מאמר 1.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ומיזוג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(כ-50 מילים) המתארת כיצד אפשר לעודד בן נוער שלא רוצה להתנדב, בעזרת רעיונות משני המאמרים.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התנדבות על פי מאמר 1?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סיבה אחת לכך שבני נוער אינם מתנדבים, לפי מאמר 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התנדבות בני נוער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