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התנדבות 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שני המאמרים על התנדבות בני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השפעות של ההתנדבות על בני הנוער ועל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כישורי סיכום ומיזוג מידע משני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פעולה שאדם עושה מרצונו החופשי, בלי לקבל עליה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מתנדבים קבועים מרגישים מאושרים יותר ממי שאינם מתנדבים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כ-35 אחוזים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ההורים אוסרים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לבחור תחום מעניין ולהתנדב עם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במאמר 1 נכתב שהתנדבות היא ללא תשלום.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בפסקה ב במאמר הראשון.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רק כ-35 אחוזים מתנדבים באופן קבוע.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סיפרו תלמידים עולים חדשים בפסקה 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כך בפסקה ה במאמר השני.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רצונו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2. 70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רופאים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השפעות ההתנדבות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(מתנדבים מרגישים מאושרים יותר ופחות בודדים)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(בני נוער מגלים כישרונות וכישורים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(קשישים בודדים מקבלים ביקור ושכונות נעשות נקיות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(מתנדבים מכירים מקרוב מקצועות כמו רפואה)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(לומדים להקשיב, לעבוד בצוות ולכבד את השונה)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חוסר זמן בגלל לימודים ועבודה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קשישים בודדים מקבלים ביקור, או שכונות נעשות נקיות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טוענים שהתנדבות שמחייבים אותה מאבדת את ערכה כי היא לא מרצון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ומיזוג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לבחירת תחום מעניין, התנדבות עם חברים, והוקרה על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בחירה מנומקת מתוך ההשפעות שהוצגו במאמרים, עם הסבר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פעולה מרצון חופשי בלי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חוסר זמן, לא יודעים איפה, חשש מאנשים זרים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לבחור תחום מעניין, להתנדב עם חברים, לקבל הוקרה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להאזין לקטעי ההקראה בכיתה לפני מילוי הדף,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על שאלת הסיכום הממוזג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התנדבות 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הבנה והבעה על פי שני מאמרים העוסקים בהתנדבות בני נוער: ההשפעות שלה ודרכים לעודד בני נוער להתנדב.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פי מאמר 1, מהי התנדבות?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פעולה שאדם עושה כדי להרוויח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פעולה שבית הספר מחייב את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 שאדם עושה מרצונו החופשי, בלי לקבל עליה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עבודה בבית חולים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מצא המחקר שהוזכר במאמר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רוב בני הנוער בישראל מתנדבים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מתנדבים קבועים מרגישים מאושרים יותר ממי שאינם מתנדבים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מתנדבים מקבלים ציונים גבוהים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בני הנוער מתנדבים בבתי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מאמר 2, כמה אחוזים מבני הנוער מתנדבים באופן קבוע?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כ-35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כ-70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כ-90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כ-15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מאמר 2, מה אינה סיבה לכך שבני נוער אינם מתנדבים?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חוסר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יודעים איפה להתנדב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חשש מאנשים 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ההורים אוסרים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ממליצים המומחים לחינוך כדי לעודד התנדבות, לפי מאמר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לחייב את כולם להתנדב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תחום מעניין ולהתנדב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להעניש מי שלא מתנדב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להתנדב רק בחופשות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התנדבות היא פעולה שאדם מקבל עליה שכר.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מתנדבים מרגישים פחות בדידות.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רוב בני הנוער מתנדבים באופן קבוע.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במאמר 2 מוזכר שההתנדבות עזרה לעולים חדשים לשפר את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יש מבקרים שטוענים שהתנדבות מחייבת מאבדת מערכה.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התנדבות היא פעולה שאדם עושה מ__________ החופשי.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מאמר 1, כ-__________ אחוזים מהמתנדבים אמרו שההתנדבות שיפרה את מצב הרוח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מאמר 2, רק כ-__________ אחוזים מבני הנוער מתנדבים באופן קבוע.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אחת הדרכים לעודד התנדבות היא להתנדב יחד עם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מתנדבים בבית חולים לומדים להכיר מקרוב את עבודת ה__________ והאחיות.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השפעות ההתנדבות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השפעה על מצב הרוח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לומדים להקשיב, לעבוד בצוות ולכבד את השונה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השפעה על הביטחון העצמי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מתנדבים מרגישים מאושרים יותר ופחות בודדים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השפעה על הקהילה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מתנדבים מכירים מקרוב מקצועות כמו רפואה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השפעה על העתיד המקצועי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בני נוער מגלים כישרונות וכישורים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השפעה על הכישורים החברתיים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קשישים בודדים מקבלים ביקור ושכונות נעשות נקיות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אחת הסיבות שבגללן בני נוער אינם מתנדבים, לפי מאמר 2?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להשפעת ההתנדבות על הקהילה, לפי מאמר 1.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הביקורת שמועלית נגד חיוב תלמידים להתנדב בבית הספר?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ומיזוג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(כ-50 מילים) המתארת כיצד אפשר לעודד בן נוער שלא רוצה להתנדב, בעזרת רעיונות משני המאמרים.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השפעה אחת של ההתנדבות שנראית לכם הכי משמעותית, והסבירו מדוע, בהתבסס על אחד מהמאמרים.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התנדבות על פי מאמר 1?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סיבה אחת לכך שבני נוער אינם מתנדבים, לפי מאמר 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דרך אחת לעודד בני נוער להתנדב?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התנדבות בני נוער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